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 w:line="276" w:lineRule="auto"/>
        <w:jc w:val="center"/>
      </w:pPr>
      <w:r>
        <w:rPr>
          <w:b/>
          <w:i w:val="0"/>
          <w:sz w:val="26"/>
        </w:rPr>
        <w:t>SOLICITAÇÃO DE CÓPIA INTEGRAL DE PRONTUÁRIO</w:t>
      </w:r>
    </w:p>
    <w:p>
      <w:pPr>
        <w:spacing w:after="0" w:line="276" w:lineRule="auto"/>
        <w:jc w:val="left"/>
      </w:pPr>
      <w:r>
        <w:rPr>
          <w:b w:val="0"/>
          <w:i w:val="0"/>
          <w:sz w:val="24"/>
        </w:rPr>
        <w:t>À [nome do hospital, clínica ou consultório]</w:t>
      </w:r>
    </w:p>
    <w:p>
      <w:pPr>
        <w:spacing w:after="0" w:line="276" w:lineRule="auto"/>
        <w:jc w:val="left"/>
      </w:pPr>
      <w:r>
        <w:rPr>
          <w:b w:val="0"/>
          <w:i w:val="0"/>
          <w:sz w:val="24"/>
        </w:rPr>
        <w:t>Setor responsável: [arquivo médico, SAME ou atendimento ao paciente]</w:t>
      </w:r>
    </w:p>
    <w:p>
      <w:pPr>
        <w:spacing w:after="280" w:line="276" w:lineRule="auto"/>
        <w:jc w:val="left"/>
      </w:pPr>
      <w:r>
        <w:rPr>
          <w:b w:val="0"/>
          <w:i w:val="0"/>
          <w:sz w:val="24"/>
        </w:rPr>
        <w:t>Endereço ou e-mail: [endereço ou e-mail da instituição]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 xml:space="preserve">Eu, </w:t>
      </w:r>
      <w:r>
        <w:rPr>
          <w:b/>
          <w:i w:val="0"/>
          <w:sz w:val="24"/>
        </w:rPr>
        <w:t>[nome completo do paciente]</w:t>
      </w:r>
      <w:r>
        <w:rPr>
          <w:b w:val="0"/>
          <w:i w:val="0"/>
          <w:sz w:val="24"/>
        </w:rPr>
        <w:t xml:space="preserve">, portador(a) do RG nº [número], inscrito(a) no CPF sob o nº [número], nascido(a) em [data de nascimento], residente em [endereço completo, com CEP], telefone [telefone], e-mail [e-mail], venho solicitar a </w:t>
      </w:r>
      <w:r>
        <w:rPr>
          <w:b/>
          <w:i w:val="0"/>
          <w:sz w:val="24"/>
        </w:rPr>
        <w:t>cópia integral do meu prontuário</w:t>
      </w:r>
      <w:r>
        <w:rPr>
          <w:b w:val="0"/>
          <w:i w:val="0"/>
          <w:sz w:val="24"/>
        </w:rPr>
        <w:t>, referente aos atendimentos realizados nesta instituição [no período de __/__/____ a __/__/____ ou em todo o período], incluindo, entre outros documentos: fichas de atendimento, inclusive de pronto-socorro; anamnese e evoluções médica, de enfermagem e dos demais profissionais; prescrições e registros de administração de medicamentos; exames, laudos e resultados, inclusive imagens; descrição cirúrgica, ficha anestésica e termos de consentimento assinados; relatórios, pareceres e sumário de alta ou de transferência.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>Esta solicitação se fundamenta no art. 19 da Lei nº 15.378/2026 (Estatuto dos Direitos do Paciente), que assegura ao paciente o acesso ao seu prontuário sem necessidade de justificativa; no art. 88 do Código de Ética Médica (Resolução CFM nº 2.217/2018), que veda negar ao paciente o acesso ao seu prontuário ou deixar de lhe fornecer cópia quando solicitada; e no art. 18, II, da Lei nº 13.709/2018 (Lei Geral de Proteção de Dados).</w:t>
      </w:r>
    </w:p>
    <w:p>
      <w:pPr>
        <w:spacing w:after="120" w:line="276" w:lineRule="auto"/>
        <w:jc w:val="both"/>
      </w:pPr>
      <w:r>
        <w:rPr>
          <w:b w:val="0"/>
          <w:i w:val="0"/>
          <w:sz w:val="24"/>
        </w:rPr>
        <w:t>Peço que a cópia seja entregue preferencialmente em formato digital (PDF), no e-mail acima, no prazo de até 15 (quinze) dias, em atenção ao art. 19, II, da Lei nº 13.709/2018, e que este pedido seja protocolado, com o fornecimento do número de protocolo ou de comprovante de recebimento.</w:t>
      </w:r>
    </w:p>
    <w:p>
      <w:pPr>
        <w:spacing w:after="80" w:line="276" w:lineRule="auto"/>
        <w:jc w:val="both"/>
      </w:pPr>
      <w:r>
        <w:rPr>
          <w:b/>
          <w:i w:val="0"/>
          <w:sz w:val="24"/>
        </w:rPr>
        <w:t>Pedido feito por outra pessoa (preencher somente se for o caso):</w:t>
      </w:r>
    </w:p>
    <w:p>
      <w:pPr>
        <w:spacing w:after="360" w:line="276" w:lineRule="auto"/>
        <w:jc w:val="both"/>
      </w:pPr>
      <w:r>
        <w:rPr>
          <w:b w:val="0"/>
          <w:i w:val="0"/>
          <w:sz w:val="24"/>
        </w:rPr>
        <w:t>Nome: [nome completo]. CPF: [número]. Relação com o paciente: [representante legal, curador(a), procurador(a), cônjuge, companheiro(a), herdeiro(a) ou outro]. Documentos anexos que comprovam essa relação: [procuração, termo de curatela, certidão de nascimento do menor ou, se o paciente for falecido, certidão de óbito e documento que comprove o vínculo].</w:t>
      </w:r>
    </w:p>
    <w:p>
      <w:pPr>
        <w:spacing w:after="720" w:line="276" w:lineRule="auto"/>
        <w:jc w:val="right"/>
      </w:pPr>
      <w:r>
        <w:rPr>
          <w:b w:val="0"/>
          <w:i w:val="0"/>
          <w:sz w:val="24"/>
        </w:rPr>
        <w:t>[Cidade], [dia] de [mês] de [ano].</w:t>
      </w:r>
    </w:p>
    <w:p>
      <w:pPr>
        <w:spacing w:after="0" w:line="276" w:lineRule="auto"/>
        <w:jc w:val="center"/>
      </w:pPr>
      <w:r>
        <w:rPr>
          <w:b w:val="0"/>
          <w:i w:val="0"/>
          <w:sz w:val="24"/>
        </w:rPr>
        <w:t>________________________________________</w:t>
      </w:r>
    </w:p>
    <w:p>
      <w:pPr>
        <w:spacing w:after="0" w:line="276" w:lineRule="auto"/>
        <w:jc w:val="center"/>
      </w:pPr>
      <w:r>
        <w:rPr>
          <w:b w:val="0"/>
          <w:i w:val="0"/>
          <w:sz w:val="24"/>
        </w:rPr>
        <w:t>[Nome completo de quem assina]</w:t>
      </w:r>
    </w:p>
    <w:p>
      <w:pPr>
        <w:spacing w:after="80"/>
      </w:pPr>
    </w:p>
    <w:p>
      <w:pPr>
        <w:spacing w:after="80" w:line="276" w:lineRule="auto"/>
        <w:jc w:val="left"/>
      </w:pPr>
      <w:r>
        <w:rPr>
          <w:b/>
          <w:i w:val="0"/>
          <w:sz w:val="20"/>
        </w:rPr>
        <w:t>PROTOCOLO DE RECEBIMENTO (preenchimento por quem receber o pedido)</w:t>
      </w:r>
    </w:p>
    <w:p>
      <w:pPr>
        <w:tabs>
          <w:tab w:pos="9071" w:val="left" w:leader="underscore"/>
        </w:tabs>
        <w:spacing w:after="100" w:line="276" w:lineRule="auto"/>
        <w:jc w:val="left"/>
      </w:pPr>
      <w:r>
        <w:rPr>
          <w:sz w:val="22"/>
        </w:rPr>
        <w:t xml:space="preserve">Recebido em: ___/___/______   às ____:____   Nº do protocolo: </w:t>
        <w:tab/>
      </w:r>
    </w:p>
    <w:p>
      <w:pPr>
        <w:tabs>
          <w:tab w:pos="9071" w:val="left" w:leader="underscore"/>
        </w:tabs>
        <w:spacing w:after="100" w:line="276" w:lineRule="auto"/>
        <w:jc w:val="left"/>
      </w:pPr>
      <w:r>
        <w:rPr>
          <w:sz w:val="22"/>
        </w:rPr>
        <w:t xml:space="preserve">Nome e assinatura de quem recebeu: </w:t>
        <w:tab/>
      </w:r>
    </w:p>
    <w:sectPr w:rsidR="00FC693F" w:rsidRPr="0006063C" w:rsidSect="00034616">
      <w:footerReference w:type="default" r:id="rId9"/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fldChar w:fldCharType="begin"/>
      <w:instrText xml:space="preserve"> PAGE </w:instrText>
      <w:fldChar w:fldCharType="separate"/>
      <w:t>1</w:t>
      <w:fldChar w:fldCharType="end"/>
    </w:r>
    <w:r>
      <w:rPr>
        <w:sz w:val="18"/>
      </w:rPr>
      <w:t>/</w:t>
    </w:r>
    <w:r>
      <w:rPr>
        <w:sz w:val="18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