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line="276" w:lineRule="auto"/>
        <w:jc w:val="center"/>
      </w:pPr>
      <w:r>
        <w:rPr>
          <w:b/>
          <w:i w:val="0"/>
          <w:sz w:val="26"/>
        </w:rPr>
        <w:t>SOLICITAÇÃO DE NEGATIVA DE COBERTURA POR ESCRITO</w:t>
      </w:r>
    </w:p>
    <w:p>
      <w:pPr>
        <w:spacing w:after="0" w:line="276" w:lineRule="auto"/>
        <w:jc w:val="left"/>
      </w:pPr>
      <w:r>
        <w:rPr>
          <w:b w:val="0"/>
          <w:i w:val="0"/>
          <w:sz w:val="24"/>
        </w:rPr>
        <w:t>À [nome da operadora do plano de saúde]</w:t>
      </w:r>
    </w:p>
    <w:p>
      <w:pPr>
        <w:spacing w:after="280" w:line="276" w:lineRule="auto"/>
        <w:jc w:val="left"/>
      </w:pPr>
      <w:r>
        <w:rPr>
          <w:b w:val="0"/>
          <w:i w:val="0"/>
          <w:sz w:val="24"/>
        </w:rPr>
        <w:t>Enviado por: [e-mail, aplicativo, site, protocolo presencial ou outro]</w:t>
      </w:r>
    </w:p>
    <w:p>
      <w:pPr>
        <w:spacing w:after="120" w:line="276" w:lineRule="auto"/>
        <w:jc w:val="both"/>
      </w:pPr>
      <w:r>
        <w:rPr>
          <w:b w:val="0"/>
          <w:i w:val="0"/>
          <w:sz w:val="24"/>
        </w:rPr>
        <w:t xml:space="preserve">Eu, </w:t>
      </w:r>
      <w:r>
        <w:rPr>
          <w:b/>
          <w:i w:val="0"/>
          <w:sz w:val="24"/>
        </w:rPr>
        <w:t>[nome completo do beneficiário]</w:t>
      </w:r>
      <w:r>
        <w:rPr>
          <w:b w:val="0"/>
          <w:i w:val="0"/>
          <w:sz w:val="24"/>
        </w:rPr>
        <w:t>, inscrito(a) no CPF sob o nº [número], beneficiário(a) do plano [nome do plano], carteirinha nº [número], [titular ou dependente de: nome do titular], telefone [telefone], e-mail [e-mail], venho expor e solicitar o seguinte.</w:t>
      </w:r>
    </w:p>
    <w:p>
      <w:pPr>
        <w:spacing w:after="120" w:line="276" w:lineRule="auto"/>
        <w:jc w:val="both"/>
      </w:pPr>
      <w:r>
        <w:rPr>
          <w:b w:val="0"/>
          <w:i w:val="0"/>
          <w:sz w:val="24"/>
        </w:rPr>
        <w:t xml:space="preserve">Em [data do pedido], foi solicitada a autorização de </w:t>
      </w:r>
      <w:r>
        <w:rPr>
          <w:b/>
          <w:i w:val="0"/>
          <w:sz w:val="24"/>
        </w:rPr>
        <w:t>[nome do exame, cirurgia, tratamento, medicamento ou terapia]</w:t>
      </w:r>
      <w:r>
        <w:rPr>
          <w:b w:val="0"/>
          <w:i w:val="0"/>
          <w:sz w:val="24"/>
        </w:rPr>
        <w:t>, [código, se constar no pedido médico], prescrito(a) pelo(a) Dr(a). [nome do médico], CRM [número e estado], conforme pedido médico anexo. Protocolo nº [número do protocolo].</w:t>
      </w:r>
    </w:p>
    <w:p>
      <w:pPr>
        <w:spacing w:after="120" w:line="276" w:lineRule="auto"/>
        <w:jc w:val="both"/>
      </w:pPr>
      <w:r>
        <w:rPr>
          <w:b w:val="0"/>
          <w:i w:val="0"/>
          <w:sz w:val="24"/>
        </w:rPr>
        <w:t>A autorização foi [negada ou não respondida], [por telefone, pelo aplicativo, pelo prestador ou outro], sem que eu recebesse, por escrito, o motivo da negativa.</w:t>
      </w:r>
    </w:p>
    <w:p>
      <w:pPr>
        <w:spacing w:after="120" w:line="276" w:lineRule="auto"/>
        <w:jc w:val="both"/>
      </w:pPr>
      <w:r>
        <w:rPr>
          <w:b w:val="0"/>
          <w:i w:val="0"/>
          <w:sz w:val="24"/>
        </w:rPr>
        <w:t xml:space="preserve">Por isso, solicito que a operadora me informe, </w:t>
      </w:r>
      <w:r>
        <w:rPr>
          <w:b/>
          <w:i w:val="0"/>
          <w:sz w:val="24"/>
        </w:rPr>
        <w:t>por escrito</w:t>
      </w:r>
      <w:r>
        <w:rPr>
          <w:b w:val="0"/>
          <w:i w:val="0"/>
          <w:sz w:val="24"/>
        </w:rPr>
        <w:t xml:space="preserve">, em linguagem clara e adequada, o </w:t>
      </w:r>
      <w:r>
        <w:rPr>
          <w:b/>
          <w:i w:val="0"/>
          <w:sz w:val="24"/>
        </w:rPr>
        <w:t>motivo da negativa</w:t>
      </w:r>
      <w:r>
        <w:rPr>
          <w:b w:val="0"/>
          <w:i w:val="0"/>
          <w:sz w:val="24"/>
        </w:rPr>
        <w:t>, com a indicação da cláusula contratual ou do dispositivo legal que a justifique, em formato que permita impressão ou download, como determina o art. 14 da Resolução Normativa ANS nº 623/2024, em atenção também ao direito à informação adequada e clara previsto no art. 6º, III, do Código de Defesa do Consumidor.</w:t>
      </w:r>
    </w:p>
    <w:p>
      <w:pPr>
        <w:spacing w:after="120" w:line="276" w:lineRule="auto"/>
        <w:jc w:val="both"/>
      </w:pPr>
      <w:r>
        <w:rPr>
          <w:b w:val="0"/>
          <w:i w:val="0"/>
          <w:sz w:val="24"/>
        </w:rPr>
        <w:t>Peço que a resposta seja enviada para [e-mail ou endereço para resposta] e que me seja fornecido o número de protocolo desta solicitação.</w:t>
      </w:r>
    </w:p>
    <w:p>
      <w:pPr>
        <w:spacing w:after="120" w:line="276" w:lineRule="auto"/>
        <w:jc w:val="both"/>
      </w:pPr>
      <w:r>
        <w:rPr>
          <w:b/>
          <w:i w:val="0"/>
          <w:sz w:val="24"/>
        </w:rPr>
        <w:t>Documentos anexos:</w:t>
      </w:r>
      <w:r>
        <w:rPr>
          <w:b w:val="0"/>
          <w:i w:val="0"/>
          <w:sz w:val="24"/>
        </w:rPr>
        <w:t xml:space="preserve"> pedido médico; relatório médico, se houver; cópia da carteirinha do plano; documento de identidade; [outros, se houver].</w:t>
      </w:r>
    </w:p>
    <w:p>
      <w:pPr>
        <w:spacing w:after="720" w:line="276" w:lineRule="auto"/>
        <w:jc w:val="right"/>
      </w:pPr>
      <w:r>
        <w:rPr>
          <w:b w:val="0"/>
          <w:i w:val="0"/>
          <w:sz w:val="24"/>
        </w:rPr>
        <w:t>[Cidade], [dia] de [mês] de [ano].</w:t>
      </w:r>
    </w:p>
    <w:p>
      <w:pPr>
        <w:spacing w:after="0" w:line="276" w:lineRule="auto"/>
        <w:jc w:val="center"/>
      </w:pPr>
      <w:r>
        <w:rPr>
          <w:b w:val="0"/>
          <w:i w:val="0"/>
          <w:sz w:val="24"/>
        </w:rPr>
        <w:t>________________________________________</w:t>
      </w:r>
    </w:p>
    <w:p>
      <w:pPr>
        <w:spacing w:after="0" w:line="276" w:lineRule="auto"/>
        <w:jc w:val="center"/>
      </w:pPr>
      <w:r>
        <w:rPr>
          <w:b w:val="0"/>
          <w:i w:val="0"/>
          <w:sz w:val="24"/>
        </w:rPr>
        <w:t>[Nome completo de quem assina]</w:t>
      </w:r>
    </w:p>
    <w:p>
      <w:pPr>
        <w:spacing w:after="80"/>
      </w:pPr>
    </w:p>
    <w:p>
      <w:pPr>
        <w:spacing w:after="80" w:line="276" w:lineRule="auto"/>
        <w:jc w:val="left"/>
      </w:pPr>
      <w:r>
        <w:rPr>
          <w:b/>
          <w:i w:val="0"/>
          <w:sz w:val="20"/>
        </w:rPr>
        <w:t>PROTOCOLO DE RECEBIMENTO (preenchimento por quem receber o pedido)</w:t>
      </w:r>
    </w:p>
    <w:p>
      <w:pPr>
        <w:tabs>
          <w:tab w:pos="9071" w:val="left" w:leader="underscore"/>
        </w:tabs>
        <w:spacing w:after="100" w:line="276" w:lineRule="auto"/>
        <w:jc w:val="left"/>
      </w:pPr>
      <w:r>
        <w:rPr>
          <w:sz w:val="22"/>
        </w:rPr>
        <w:t xml:space="preserve">Recebido em: ___/___/______   às ____:____   Nº do protocolo: </w:t>
        <w:tab/>
      </w:r>
    </w:p>
    <w:p>
      <w:pPr>
        <w:tabs>
          <w:tab w:pos="9071" w:val="left" w:leader="underscore"/>
        </w:tabs>
        <w:spacing w:after="100" w:line="276" w:lineRule="auto"/>
        <w:jc w:val="left"/>
      </w:pPr>
      <w:r>
        <w:rPr>
          <w:sz w:val="22"/>
        </w:rPr>
        <w:t xml:space="preserve">Nome e assinatura de quem recebeu: </w:t>
        <w:tab/>
      </w:r>
    </w:p>
    <w:sectPr w:rsidR="00FC693F" w:rsidRPr="0006063C" w:rsidSect="00034616">
      <w:footerReference w:type="default" r:id="rId9"/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sz w:val="18"/>
      </w:rPr>
      <w:t>/</w:t>
    </w:r>
    <w:r>
      <w:rPr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